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מִשְׂחָקִי - הפכים, חיות וקולות ומשחקי זיכרון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ולהשלים זוגות מילים הפוכות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חיות לקולות שהן משמיעות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משחקים במשחקי זיכרון, התאמה, חידון ומילה מבולבלת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הפכים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חיות וקולות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הקול הידוע של 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פרה היא זו שמשמיעה 'געה', חתול מיילל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ציוץ הוא הקול הטבעי של ציפורים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אריה שואג, לא מצייץ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הקול המוכר של ברווז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נובח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מיילל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קלפים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חיה לקול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(נובח)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(מיילל)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(מצייצת)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(שואג)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במשחק הזיכרון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מאגר מילים כמו הפכים או חיות וקולות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את משחק הזיכרון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הופכים קלף ראשון ורואים מה כתוב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הופכים קלף שני ובודקים אם הוא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אם הקלפים זוג מתאים - הם נשארים גלויים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ממשיכים עד שכל הזוגות נמצאים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בעצמכם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ארוך-קצר, רטוב-יבש, חזק-חלש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סוס צוהל, תרנגול קורא קוקוריקו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אם הם זוג מתאים, ואם לא - הופכים אותם בחזרה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בפועל באחד המשחקים לפני מילוי הדף כדי להמחיש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לזוגות בחלק ההתאמה והסדר כדי לעודד שיח בין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לאסוף תשובות ולדון בכיתה באיזה משחק הכי אהוב ולמה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מִשְׂחָקִי - הפכים, חיות וקולות ומשחקי זיכרון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המילים והמשחקים שמופיעים ברובוט מחולל המשחקים: הפכים, חיות וקולות, וארבעה סוגי משחקים.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הפכים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הניגוד של המילה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הניגוד של המילה 'חם'?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הניגוד של המילה 'מהר'?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הניגוד של המילה 'פתוח'?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הניגוד של המילה 'עצוב'?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כועס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חיות וקולות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כלב נובח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חתול משמיע קול 'געה'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 מצייצת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אריה מצייץ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ברווז עושה 'געגע'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הניגוד של 'יום'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הניגוד של 'ריק'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הכלב __________ כשהוא רואה 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החתול __________ כשהוא רוצה אוכל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במשחק הזיכרון הופכים שני __________ ומחפשים זוג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חיה לקול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חתול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נובח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מצייצת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שואג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מיילל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במשחק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הקלפים זוג מתאים - הם נשארים גלויים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הופכים קלף ראשון ורואים מה כתוב עליו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עד שכל הזוגות נמצאים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את משחק הזיכרון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מאגר מילים כמו הפכים או חיות וקולות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הופכים קלף שני ובודקים אם הוא מתאים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בעצמכם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זוגות הפכים שלא הופיעו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חיות וקול שכל אחת משמיעה, שלא הופיעו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הפך אחד למילה 'גדול'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חיה משמיעה את הקול 'נובח'?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כשהופכים שני קלפים במשחק זיכרון?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מִשְׂחָקִי - הפכים, חיות וקולות ומשחקי זיכרון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