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מִשְׂחָקִי - הפכים, חיות וקולות ומשחקי זיכרון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ולהשלים זוגות 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חיות לקולות שהן משמיעות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משחקים במשחקי זיכרון, התאמה, חידון ומילה מבולבלת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הפכים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חיות וקולות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הקול הידוע של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פרה היא זו שמשמיעה 'געה', חתול מיילל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ציוץ הוא הקול הטבעי של ציפורים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נובח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חיה לקול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(נובח)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(מיילל)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(מצייצת)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במשחק הזיכרון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מאגר מילים כמו הפכים או חיות וקולות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את משחק הזיכרון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הופכים קלף ראשון ורואים מה כתוב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הופכים קלף שני ובודקים אם הוא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ארוך-קצר, רטוב-יבש, חזק-חלש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הם זוג מתאים, ואם לא - הופכים אותם בחזרה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בפועל באחד המשחקים לפני מילוי הדף כדי להמחיש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לזוגות בחלק ההתאמה והסדר כדי לעודד שיח בין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לאסוף תשובות ולדון בכיתה באיזה משחק הכי אהוב ולמה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מִשְׂחָקִי - הפכים, חיות וקולות ומשחקי זיכרון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המילים והמשחקים שמופיעים ברובוט מחולל המשחקים: הפכים, חיות וקולות, וארבעה סוגי משחקים.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מלא  ·  לילה  ·  נובח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הפכים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הניגוד של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הניגוד של המילה 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הניגוד של המילה 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נקי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חיות וקולות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כלב נובח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חתול משמיע קול 'געה'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ציפור מצייצת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הניגוד של 'יום'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הניגוד של 'ריק'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הכלב __________ כשהוא רואה זר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חיה לקול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חתול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מצייצת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נובח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מיילל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במשחק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הופכים קלף ראשון ורואים מה כתוב עליו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הופכים קלף שני ובודקים אם הוא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מאגר מילים כמו הפכים או חיות וקולות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את משחק הזיכרון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זוגות הפכים שלא הופיעו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הפך אחד למילה 'גדול'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חיה משמיעה את הקול 'נובח'?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מִשְׂחָקִי - הפכים, חיות וקולות ומשחקי זיכרון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